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C6EC3" w14:textId="77777777" w:rsidR="00C0457D" w:rsidRDefault="00000000">
      <w:pPr>
        <w:jc w:val="center"/>
      </w:pPr>
      <w:proofErr w:type="spellStart"/>
      <w:r>
        <w:rPr>
          <w:b/>
          <w:sz w:val="32"/>
        </w:rPr>
        <w:t>Anmeldung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zum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Herbstanlass</w:t>
      </w:r>
      <w:proofErr w:type="spellEnd"/>
      <w:r>
        <w:rPr>
          <w:b/>
          <w:sz w:val="32"/>
        </w:rPr>
        <w:t xml:space="preserve"> „</w:t>
      </w:r>
      <w:proofErr w:type="spellStart"/>
      <w:r>
        <w:rPr>
          <w:b/>
          <w:sz w:val="32"/>
        </w:rPr>
        <w:t>HasliVersum</w:t>
      </w:r>
      <w:proofErr w:type="spellEnd"/>
      <w:r>
        <w:rPr>
          <w:b/>
          <w:sz w:val="32"/>
        </w:rPr>
        <w:t>“</w:t>
      </w:r>
      <w:r>
        <w:rPr>
          <w:b/>
          <w:sz w:val="32"/>
        </w:rPr>
        <w:br/>
      </w:r>
      <w:proofErr w:type="spellStart"/>
      <w:r>
        <w:rPr>
          <w:b/>
          <w:sz w:val="32"/>
        </w:rPr>
        <w:t>vom</w:t>
      </w:r>
      <w:proofErr w:type="spellEnd"/>
      <w:r>
        <w:rPr>
          <w:b/>
          <w:sz w:val="32"/>
        </w:rPr>
        <w:t xml:space="preserve"> 19. September 2026</w:t>
      </w:r>
    </w:p>
    <w:p w14:paraId="4C61EB4E" w14:textId="77777777" w:rsidR="00C0457D" w:rsidRDefault="00000000">
      <w:r>
        <w:t xml:space="preserve">Bitte die </w:t>
      </w:r>
      <w:proofErr w:type="spellStart"/>
      <w:r>
        <w:t>zutreffenden</w:t>
      </w:r>
      <w:proofErr w:type="spellEnd"/>
      <w:r>
        <w:t xml:space="preserve"> Felder </w:t>
      </w:r>
      <w:proofErr w:type="spellStart"/>
      <w:r>
        <w:t>ausfüllen</w:t>
      </w:r>
      <w:proofErr w:type="spellEnd"/>
      <w:r>
        <w:t>.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370"/>
      </w:tblGrid>
      <w:tr w:rsidR="00C0457D" w14:paraId="2D6E8784" w14:textId="77777777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8CFF94" w14:textId="77777777" w:rsidR="00C0457D" w:rsidRDefault="00000000">
            <w:r>
              <w:t>Name(n)</w:t>
            </w:r>
          </w:p>
        </w:tc>
        <w:tc>
          <w:tcPr>
            <w:tcW w:w="7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5AE5A" w14:textId="77777777" w:rsidR="00C0457D" w:rsidRDefault="00000000">
            <w:r>
              <w:t xml:space="preserve"> </w:t>
            </w:r>
          </w:p>
        </w:tc>
      </w:tr>
      <w:tr w:rsidR="00C0457D" w14:paraId="7B1304B0" w14:textId="77777777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519E1C" w14:textId="77777777" w:rsidR="00C0457D" w:rsidRDefault="00000000">
            <w:proofErr w:type="spellStart"/>
            <w:r>
              <w:t>Vorname</w:t>
            </w:r>
            <w:proofErr w:type="spellEnd"/>
            <w:r>
              <w:t>(n)</w:t>
            </w:r>
          </w:p>
        </w:tc>
        <w:tc>
          <w:tcPr>
            <w:tcW w:w="7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B52C4" w14:textId="77777777" w:rsidR="00C0457D" w:rsidRDefault="00000000">
            <w:r>
              <w:t xml:space="preserve"> </w:t>
            </w:r>
          </w:p>
        </w:tc>
      </w:tr>
      <w:tr w:rsidR="00C0457D" w14:paraId="668CC746" w14:textId="77777777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A7CBD3" w14:textId="77777777" w:rsidR="00C0457D" w:rsidRDefault="00000000">
            <w:r>
              <w:t>Alter Kinder</w:t>
            </w:r>
          </w:p>
        </w:tc>
        <w:tc>
          <w:tcPr>
            <w:tcW w:w="7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3291A" w14:textId="77777777" w:rsidR="00C0457D" w:rsidRDefault="00000000">
            <w:r>
              <w:t xml:space="preserve"> </w:t>
            </w:r>
          </w:p>
        </w:tc>
      </w:tr>
      <w:tr w:rsidR="00C0457D" w14:paraId="6C339B7F" w14:textId="77777777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C5B9F2" w14:textId="77777777" w:rsidR="00C0457D" w:rsidRDefault="00000000">
            <w:proofErr w:type="spellStart"/>
            <w:r>
              <w:t>Wohnort</w:t>
            </w:r>
            <w:proofErr w:type="spellEnd"/>
          </w:p>
        </w:tc>
        <w:tc>
          <w:tcPr>
            <w:tcW w:w="7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B59DF" w14:textId="77777777" w:rsidR="00C0457D" w:rsidRDefault="00000000">
            <w:r>
              <w:t xml:space="preserve"> </w:t>
            </w:r>
          </w:p>
        </w:tc>
      </w:tr>
      <w:tr w:rsidR="00C0457D" w14:paraId="129E7152" w14:textId="77777777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E14F06" w14:textId="77777777" w:rsidR="00C0457D" w:rsidRDefault="00000000">
            <w:r>
              <w:t>Mobile</w:t>
            </w:r>
          </w:p>
        </w:tc>
        <w:tc>
          <w:tcPr>
            <w:tcW w:w="7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164A1" w14:textId="77777777" w:rsidR="00C0457D" w:rsidRDefault="00000000">
            <w:r>
              <w:t xml:space="preserve"> </w:t>
            </w:r>
          </w:p>
        </w:tc>
      </w:tr>
    </w:tbl>
    <w:p w14:paraId="636E21CA" w14:textId="77777777" w:rsidR="00C0457D" w:rsidRDefault="00C0457D"/>
    <w:p w14:paraId="13133BC5" w14:textId="77777777" w:rsidR="00C0457D" w:rsidRDefault="00000000">
      <w:proofErr w:type="spellStart"/>
      <w:r>
        <w:rPr>
          <w:b/>
          <w:sz w:val="24"/>
        </w:rPr>
        <w:t>Teilnehmerzahl</w:t>
      </w:r>
      <w:proofErr w:type="spellEnd"/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574"/>
        <w:gridCol w:w="2576"/>
        <w:gridCol w:w="2576"/>
        <w:gridCol w:w="2576"/>
      </w:tblGrid>
      <w:tr w:rsidR="00C0457D" w14:paraId="46B3D955" w14:textId="77777777">
        <w:trPr>
          <w:jc w:val="center"/>
        </w:trPr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8B1EE" w14:textId="77777777" w:rsidR="00C0457D" w:rsidRDefault="00C0457D"/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EEE98" w14:textId="77777777" w:rsidR="00C0457D" w:rsidRDefault="00000000">
            <w:r>
              <w:rPr>
                <w:b/>
              </w:rPr>
              <w:t xml:space="preserve">Nur </w:t>
            </w:r>
            <w:proofErr w:type="spellStart"/>
            <w:r>
              <w:rPr>
                <w:b/>
              </w:rPr>
              <w:t>Tagesprogramm</w:t>
            </w:r>
            <w:proofErr w:type="spellEnd"/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43613" w14:textId="77777777" w:rsidR="00C0457D" w:rsidRDefault="00000000">
            <w:r>
              <w:rPr>
                <w:b/>
              </w:rPr>
              <w:t xml:space="preserve">Nur </w:t>
            </w:r>
            <w:proofErr w:type="spellStart"/>
            <w:r>
              <w:rPr>
                <w:b/>
              </w:rPr>
              <w:t>Abendprogramm</w:t>
            </w:r>
            <w:proofErr w:type="spellEnd"/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B76A8" w14:textId="77777777" w:rsidR="00C0457D" w:rsidRDefault="00000000">
            <w:proofErr w:type="spellStart"/>
            <w:r>
              <w:rPr>
                <w:b/>
              </w:rPr>
              <w:t>Kombiprogramm</w:t>
            </w:r>
            <w:proofErr w:type="spellEnd"/>
          </w:p>
        </w:tc>
      </w:tr>
      <w:tr w:rsidR="00C0457D" w14:paraId="7D51A59F" w14:textId="77777777">
        <w:trPr>
          <w:jc w:val="center"/>
        </w:trPr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56499" w14:textId="77777777" w:rsidR="00C0457D" w:rsidRDefault="00000000">
            <w:proofErr w:type="spellStart"/>
            <w:r>
              <w:t>Anzahl</w:t>
            </w:r>
            <w:proofErr w:type="spellEnd"/>
            <w:r>
              <w:t xml:space="preserve"> Erwachsene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12FCD" w14:textId="320832EF" w:rsidR="00C0457D" w:rsidRDefault="00C0457D"/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3ACCE" w14:textId="7F96CB25" w:rsidR="00C0457D" w:rsidRDefault="00C0457D"/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932E1" w14:textId="56FC3FDA" w:rsidR="00C0457D" w:rsidRDefault="00C0457D"/>
        </w:tc>
      </w:tr>
      <w:tr w:rsidR="00C0457D" w14:paraId="20A109A3" w14:textId="77777777">
        <w:trPr>
          <w:jc w:val="center"/>
        </w:trPr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BB455" w14:textId="77777777" w:rsidR="00C0457D" w:rsidRDefault="00000000">
            <w:proofErr w:type="spellStart"/>
            <w:r>
              <w:t>Anzahl</w:t>
            </w:r>
            <w:proofErr w:type="spellEnd"/>
            <w:r>
              <w:t xml:space="preserve"> Kinder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1E630" w14:textId="262A8050" w:rsidR="00C0457D" w:rsidRDefault="00C0457D"/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899F3" w14:textId="4789490A" w:rsidR="00C0457D" w:rsidRDefault="00C0457D"/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6E94D" w14:textId="78C3E583" w:rsidR="00C0457D" w:rsidRDefault="00C0457D"/>
        </w:tc>
      </w:tr>
    </w:tbl>
    <w:p w14:paraId="5CFB83CF" w14:textId="77777777" w:rsidR="00C0457D" w:rsidRDefault="00000000">
      <w:proofErr w:type="spellStart"/>
      <w:r>
        <w:rPr>
          <w:b/>
        </w:rPr>
        <w:t>Anzahl</w:t>
      </w:r>
      <w:proofErr w:type="spellEnd"/>
      <w:r>
        <w:rPr>
          <w:b/>
        </w:rPr>
        <w:t xml:space="preserve"> Personen: </w:t>
      </w:r>
      <w:r>
        <w:t xml:space="preserve">0   (Summe der </w:t>
      </w:r>
      <w:proofErr w:type="spellStart"/>
      <w:r>
        <w:t>oben</w:t>
      </w:r>
      <w:proofErr w:type="spellEnd"/>
      <w:r>
        <w:t xml:space="preserve"> </w:t>
      </w:r>
      <w:proofErr w:type="spellStart"/>
      <w:r>
        <w:t>eingetragenen</w:t>
      </w:r>
      <w:proofErr w:type="spellEnd"/>
      <w:r>
        <w:t xml:space="preserve"> Erwachsenen und Kinder)</w:t>
      </w:r>
    </w:p>
    <w:p w14:paraId="37FC94FC" w14:textId="77777777" w:rsidR="00C0457D" w:rsidRDefault="00000000">
      <w:proofErr w:type="spellStart"/>
      <w:r>
        <w:rPr>
          <w:b/>
        </w:rPr>
        <w:t>Bemerkungen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C0457D" w14:paraId="59417191" w14:textId="77777777">
        <w:tc>
          <w:tcPr>
            <w:tcW w:w="10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C59E4" w14:textId="77777777" w:rsidR="00C0457D" w:rsidRDefault="00000000">
            <w:r>
              <w:t xml:space="preserve"> </w:t>
            </w:r>
          </w:p>
        </w:tc>
      </w:tr>
      <w:tr w:rsidR="00C0457D" w14:paraId="50AFE5FF" w14:textId="77777777">
        <w:tc>
          <w:tcPr>
            <w:tcW w:w="10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EBDB0" w14:textId="77777777" w:rsidR="00C0457D" w:rsidRDefault="00000000">
            <w:r>
              <w:t xml:space="preserve"> </w:t>
            </w:r>
          </w:p>
        </w:tc>
      </w:tr>
    </w:tbl>
    <w:p w14:paraId="07175868" w14:textId="77777777" w:rsidR="00C0457D" w:rsidRDefault="00000000">
      <w:proofErr w:type="spellStart"/>
      <w:r>
        <w:rPr>
          <w:b/>
        </w:rPr>
        <w:t>Wichtiger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Hinweis</w:t>
      </w:r>
      <w:proofErr w:type="spellEnd"/>
      <w:r>
        <w:rPr>
          <w:b/>
        </w:rPr>
        <w:t xml:space="preserve"> für </w:t>
      </w:r>
      <w:proofErr w:type="spellStart"/>
      <w:r>
        <w:rPr>
          <w:b/>
        </w:rPr>
        <w:t>Teilnehmer</w:t>
      </w:r>
      <w:proofErr w:type="spellEnd"/>
      <w:r>
        <w:rPr>
          <w:b/>
        </w:rPr>
        <w:t xml:space="preserve">, die </w:t>
      </w:r>
      <w:proofErr w:type="spellStart"/>
      <w:r>
        <w:rPr>
          <w:b/>
        </w:rPr>
        <w:t>nur</w:t>
      </w:r>
      <w:proofErr w:type="spellEnd"/>
      <w:r>
        <w:rPr>
          <w:b/>
        </w:rPr>
        <w:t xml:space="preserve"> am </w:t>
      </w:r>
      <w:proofErr w:type="spellStart"/>
      <w:r>
        <w:rPr>
          <w:b/>
        </w:rPr>
        <w:t>Abendprogramm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teilnehmen</w:t>
      </w:r>
      <w:proofErr w:type="spellEnd"/>
      <w:r>
        <w:rPr>
          <w:b/>
        </w:rPr>
        <w:t>:</w:t>
      </w:r>
      <w:r>
        <w:t xml:space="preserve"> Es </w:t>
      </w:r>
      <w:proofErr w:type="spellStart"/>
      <w:r>
        <w:t>ist</w:t>
      </w:r>
      <w:proofErr w:type="spellEnd"/>
      <w:r>
        <w:t xml:space="preserve"> </w:t>
      </w:r>
      <w:proofErr w:type="spellStart"/>
      <w:r>
        <w:t>zwingend</w:t>
      </w:r>
      <w:proofErr w:type="spellEnd"/>
      <w:r>
        <w:t xml:space="preserve">,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der </w:t>
      </w:r>
      <w:proofErr w:type="spellStart"/>
      <w:r>
        <w:t>Talstation</w:t>
      </w:r>
      <w:proofErr w:type="spellEnd"/>
      <w:r>
        <w:t xml:space="preserve"> Twing der BMH </w:t>
      </w:r>
      <w:proofErr w:type="spellStart"/>
      <w:r>
        <w:t>zwischen</w:t>
      </w:r>
      <w:proofErr w:type="spellEnd"/>
      <w:r>
        <w:t xml:space="preserve"> 18.30 h und 19.00 h am </w:t>
      </w:r>
      <w:proofErr w:type="spellStart"/>
      <w:r>
        <w:t>Infostand</w:t>
      </w:r>
      <w:proofErr w:type="spellEnd"/>
      <w:r>
        <w:t xml:space="preserve"> </w:t>
      </w:r>
      <w:proofErr w:type="spellStart"/>
      <w:r>
        <w:t>anzumelden</w:t>
      </w:r>
      <w:proofErr w:type="spellEnd"/>
      <w:r>
        <w:t xml:space="preserve">, das </w:t>
      </w:r>
      <w:proofErr w:type="spellStart"/>
      <w:r>
        <w:t>Namenschild</w:t>
      </w:r>
      <w:proofErr w:type="spellEnd"/>
      <w:r>
        <w:t xml:space="preserve"> und das </w:t>
      </w:r>
      <w:proofErr w:type="spellStart"/>
      <w:r>
        <w:t>Bahnticket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beziehen</w:t>
      </w:r>
      <w:proofErr w:type="spellEnd"/>
      <w:r>
        <w:t xml:space="preserve"> </w:t>
      </w:r>
      <w:proofErr w:type="spellStart"/>
      <w:r>
        <w:t>sowie</w:t>
      </w:r>
      <w:proofErr w:type="spellEnd"/>
      <w:r>
        <w:t xml:space="preserve"> den </w:t>
      </w:r>
      <w:proofErr w:type="spellStart"/>
      <w:r>
        <w:t>Teilnehmer-Beitrag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bezahlen</w:t>
      </w:r>
      <w:proofErr w:type="spellEnd"/>
      <w:r>
        <w:t>. Danke!</w:t>
      </w:r>
    </w:p>
    <w:p w14:paraId="25A74F6C" w14:textId="2701C938" w:rsidR="00C0457D" w:rsidRDefault="00000000">
      <w:proofErr w:type="spellStart"/>
      <w:r>
        <w:rPr>
          <w:b/>
        </w:rPr>
        <w:t>Anmeldung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aus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organisatorischen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Gründen</w:t>
      </w:r>
      <w:proofErr w:type="spellEnd"/>
      <w:r>
        <w:rPr>
          <w:b/>
        </w:rPr>
        <w:t xml:space="preserve"> bis </w:t>
      </w:r>
      <w:proofErr w:type="spellStart"/>
      <w:r>
        <w:rPr>
          <w:b/>
        </w:rPr>
        <w:t>spätestens</w:t>
      </w:r>
      <w:proofErr w:type="spellEnd"/>
      <w:r>
        <w:rPr>
          <w:b/>
        </w:rPr>
        <w:t xml:space="preserve"> </w:t>
      </w:r>
      <w:r w:rsidR="00D4589A">
        <w:rPr>
          <w:b/>
        </w:rPr>
        <w:t>Mon</w:t>
      </w:r>
      <w:r>
        <w:rPr>
          <w:b/>
        </w:rPr>
        <w:t xml:space="preserve">tag, </w:t>
      </w:r>
      <w:r w:rsidR="00671A14">
        <w:rPr>
          <w:b/>
        </w:rPr>
        <w:t>7</w:t>
      </w:r>
      <w:r>
        <w:rPr>
          <w:b/>
        </w:rPr>
        <w:t>. September 2026 an:</w:t>
      </w:r>
    </w:p>
    <w:p w14:paraId="1E9E9A35" w14:textId="32D604BE" w:rsidR="00C0457D" w:rsidRPr="00E22B31" w:rsidRDefault="00000000">
      <w:pPr>
        <w:rPr>
          <w:b/>
          <w:bCs/>
          <w:i/>
          <w:iCs/>
          <w:color w:val="0070C0"/>
        </w:rPr>
      </w:pPr>
      <w:r>
        <w:rPr>
          <w:b/>
        </w:rPr>
        <w:t>Maja Bachmann</w:t>
      </w:r>
      <w:r>
        <w:rPr>
          <w:b/>
        </w:rPr>
        <w:br/>
      </w:r>
      <w:r>
        <w:t>Förderverein Netzwerk Hasliberg</w:t>
      </w:r>
      <w:r>
        <w:br/>
      </w:r>
      <w:proofErr w:type="spellStart"/>
      <w:r>
        <w:t>Jutenbühl</w:t>
      </w:r>
      <w:proofErr w:type="spellEnd"/>
      <w:r>
        <w:t xml:space="preserve"> 537f</w:t>
      </w:r>
      <w:r>
        <w:br/>
        <w:t>6086 Hasliberg Reuti</w:t>
      </w:r>
      <w:r>
        <w:br/>
        <w:t>www.netzwerk-hasliberg.ch</w:t>
      </w:r>
      <w:r>
        <w:br/>
        <w:t>info@netzwerk-hasliberg.ch</w:t>
      </w:r>
      <w:r>
        <w:br/>
        <w:t>Tel. +41 33 971 03 00</w:t>
      </w:r>
      <w:r>
        <w:br/>
        <w:t>Mobile +41 79 708 76 34</w:t>
      </w:r>
      <w:r w:rsidR="00E22B31">
        <w:br/>
      </w:r>
      <w:r w:rsidR="00E22B31">
        <w:br/>
      </w:r>
      <w:r w:rsidR="00E22B31" w:rsidRPr="00E22B31">
        <w:rPr>
          <w:b/>
          <w:bCs/>
          <w:i/>
          <w:iCs/>
          <w:color w:val="0070C0"/>
        </w:rPr>
        <w:t>Bitte Word-</w:t>
      </w:r>
      <w:proofErr w:type="spellStart"/>
      <w:r w:rsidR="00E22B31" w:rsidRPr="00E22B31">
        <w:rPr>
          <w:b/>
          <w:bCs/>
          <w:i/>
          <w:iCs/>
          <w:color w:val="0070C0"/>
        </w:rPr>
        <w:t>Datei</w:t>
      </w:r>
      <w:proofErr w:type="spellEnd"/>
      <w:r w:rsidR="00E22B31" w:rsidRPr="00E22B31">
        <w:rPr>
          <w:b/>
          <w:bCs/>
          <w:i/>
          <w:iCs/>
          <w:color w:val="0070C0"/>
        </w:rPr>
        <w:t xml:space="preserve"> </w:t>
      </w:r>
      <w:proofErr w:type="spellStart"/>
      <w:r w:rsidR="00E22B31" w:rsidRPr="00E22B31">
        <w:rPr>
          <w:b/>
          <w:bCs/>
          <w:i/>
          <w:iCs/>
          <w:color w:val="0070C0"/>
        </w:rPr>
        <w:t>als</w:t>
      </w:r>
      <w:proofErr w:type="spellEnd"/>
      <w:r w:rsidR="00E22B31" w:rsidRPr="00E22B31">
        <w:rPr>
          <w:b/>
          <w:bCs/>
          <w:i/>
          <w:iCs/>
          <w:color w:val="0070C0"/>
        </w:rPr>
        <w:t xml:space="preserve"> </w:t>
      </w:r>
      <w:proofErr w:type="spellStart"/>
      <w:r w:rsidR="00E22B31" w:rsidRPr="00E22B31">
        <w:rPr>
          <w:b/>
          <w:bCs/>
          <w:i/>
          <w:iCs/>
          <w:color w:val="0070C0"/>
        </w:rPr>
        <w:t>EMail-Anhang</w:t>
      </w:r>
      <w:proofErr w:type="spellEnd"/>
      <w:r w:rsidR="00E22B31" w:rsidRPr="00E22B31">
        <w:rPr>
          <w:b/>
          <w:bCs/>
          <w:i/>
          <w:iCs/>
          <w:color w:val="0070C0"/>
        </w:rPr>
        <w:t xml:space="preserve"> </w:t>
      </w:r>
      <w:proofErr w:type="spellStart"/>
      <w:r w:rsidR="00E22B31" w:rsidRPr="00E22B31">
        <w:rPr>
          <w:b/>
          <w:bCs/>
          <w:i/>
          <w:iCs/>
          <w:color w:val="0070C0"/>
        </w:rPr>
        <w:t>senden</w:t>
      </w:r>
      <w:proofErr w:type="spellEnd"/>
      <w:r w:rsidR="00E22B31" w:rsidRPr="00E22B31">
        <w:rPr>
          <w:b/>
          <w:bCs/>
          <w:i/>
          <w:iCs/>
          <w:color w:val="0070C0"/>
        </w:rPr>
        <w:t xml:space="preserve"> </w:t>
      </w:r>
      <w:proofErr w:type="spellStart"/>
      <w:r w:rsidR="00E22B31" w:rsidRPr="00E22B31">
        <w:rPr>
          <w:b/>
          <w:bCs/>
          <w:i/>
          <w:iCs/>
          <w:color w:val="0070C0"/>
        </w:rPr>
        <w:t>an</w:t>
      </w:r>
      <w:proofErr w:type="spellEnd"/>
      <w:r w:rsidR="00E22B31" w:rsidRPr="00E22B31">
        <w:rPr>
          <w:b/>
          <w:bCs/>
          <w:i/>
          <w:iCs/>
          <w:color w:val="0070C0"/>
        </w:rPr>
        <w:t>: info@netzwerk-hasliberg.ch</w:t>
      </w:r>
    </w:p>
    <w:sectPr w:rsidR="00C0457D" w:rsidRPr="00E22B31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1553740">
    <w:abstractNumId w:val="8"/>
  </w:num>
  <w:num w:numId="2" w16cid:durableId="1329601272">
    <w:abstractNumId w:val="6"/>
  </w:num>
  <w:num w:numId="3" w16cid:durableId="1291400428">
    <w:abstractNumId w:val="5"/>
  </w:num>
  <w:num w:numId="4" w16cid:durableId="279187612">
    <w:abstractNumId w:val="4"/>
  </w:num>
  <w:num w:numId="5" w16cid:durableId="1382630629">
    <w:abstractNumId w:val="7"/>
  </w:num>
  <w:num w:numId="6" w16cid:durableId="2072145280">
    <w:abstractNumId w:val="3"/>
  </w:num>
  <w:num w:numId="7" w16cid:durableId="1338312593">
    <w:abstractNumId w:val="2"/>
  </w:num>
  <w:num w:numId="8" w16cid:durableId="626545817">
    <w:abstractNumId w:val="1"/>
  </w:num>
  <w:num w:numId="9" w16cid:durableId="1543244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485D"/>
    <w:rsid w:val="003966EB"/>
    <w:rsid w:val="00595E2F"/>
    <w:rsid w:val="00671A14"/>
    <w:rsid w:val="00AA1D8D"/>
    <w:rsid w:val="00B47730"/>
    <w:rsid w:val="00C0457D"/>
    <w:rsid w:val="00C41955"/>
    <w:rsid w:val="00CB0664"/>
    <w:rsid w:val="00D4589A"/>
    <w:rsid w:val="00E22B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D7B3C6D"/>
  <w14:defaultImageDpi w14:val="300"/>
  <w15:docId w15:val="{CB150FBA-D3C9-44C1-A895-C49B34CC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hAnsi="Arial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856</Characters>
  <Application>Microsoft Office Word</Application>
  <DocSecurity>0</DocSecurity>
  <Lines>47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Peter Kocher</cp:lastModifiedBy>
  <cp:revision>6</cp:revision>
  <dcterms:created xsi:type="dcterms:W3CDTF">2026-08-19T12:49:00Z</dcterms:created>
  <dcterms:modified xsi:type="dcterms:W3CDTF">2026-08-27T19:51:00Z</dcterms:modified>
  <cp:category/>
</cp:coreProperties>
</file>